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99A16" w14:textId="75A88087" w:rsidR="00264744" w:rsidRPr="00CB476B" w:rsidRDefault="00264744" w:rsidP="00264744">
      <w:pPr>
        <w:pStyle w:val="Titolo1"/>
        <w:rPr>
          <w:lang w:val="it-IT"/>
        </w:rPr>
      </w:pPr>
      <w:r w:rsidRPr="00CB476B">
        <w:rPr>
          <w:lang w:val="it-IT"/>
        </w:rPr>
        <w:t xml:space="preserve">Modulo di Richiesta per la Presentazione di </w:t>
      </w:r>
      <w:r w:rsidR="003C4F92" w:rsidRPr="00CB476B">
        <w:rPr>
          <w:lang w:val="it-IT"/>
        </w:rPr>
        <w:t>Opere Editoriali</w:t>
      </w:r>
    </w:p>
    <w:p w14:paraId="796DA9E6" w14:textId="77777777" w:rsidR="00264744" w:rsidRPr="00CB476B" w:rsidRDefault="00264744" w:rsidP="00264744">
      <w:pPr>
        <w:jc w:val="right"/>
        <w:rPr>
          <w:lang w:val="it-IT"/>
        </w:rPr>
      </w:pPr>
    </w:p>
    <w:p w14:paraId="676FF892" w14:textId="43ED477E" w:rsidR="00264744" w:rsidRPr="00CB476B" w:rsidRDefault="003C4F92" w:rsidP="00264744">
      <w:pPr>
        <w:jc w:val="right"/>
        <w:rPr>
          <w:lang w:val="it-IT"/>
        </w:rPr>
      </w:pPr>
      <w:r w:rsidRPr="00CB476B">
        <w:rPr>
          <w:lang w:val="it-IT"/>
        </w:rPr>
        <w:t>Spett.le</w:t>
      </w:r>
    </w:p>
    <w:p w14:paraId="6FA8F8CF" w14:textId="7F1BC560" w:rsidR="00264744" w:rsidRPr="00CB476B" w:rsidRDefault="00264744" w:rsidP="00264744">
      <w:pPr>
        <w:jc w:val="right"/>
        <w:rPr>
          <w:lang w:val="it-IT"/>
        </w:rPr>
      </w:pPr>
      <w:r w:rsidRPr="00CB476B">
        <w:rPr>
          <w:lang w:val="it-IT"/>
        </w:rPr>
        <w:t>Comune di Sinalunga – Biblioteca Comunale</w:t>
      </w:r>
    </w:p>
    <w:p w14:paraId="1F6789FA" w14:textId="6FD62370" w:rsidR="00264744" w:rsidRPr="00CB476B" w:rsidRDefault="00264744" w:rsidP="00264744">
      <w:pPr>
        <w:jc w:val="right"/>
        <w:rPr>
          <w:lang w:val="it-IT"/>
        </w:rPr>
      </w:pPr>
      <w:hyperlink r:id="rId6" w:history="1">
        <w:r w:rsidRPr="00CB476B">
          <w:rPr>
            <w:rStyle w:val="Collegamentoipertestuale"/>
            <w:lang w:val="it-IT"/>
          </w:rPr>
          <w:t>biblioteca@comune.sinalunga.si.it</w:t>
        </w:r>
      </w:hyperlink>
    </w:p>
    <w:p w14:paraId="1B6D695F" w14:textId="6588F8E0" w:rsidR="00264744" w:rsidRPr="00CB476B" w:rsidRDefault="00264744" w:rsidP="00264744">
      <w:pPr>
        <w:jc w:val="right"/>
        <w:rPr>
          <w:lang w:val="it-IT"/>
        </w:rPr>
      </w:pPr>
      <w:hyperlink r:id="rId7" w:history="1">
        <w:r w:rsidRPr="00CB476B">
          <w:rPr>
            <w:rStyle w:val="Collegamentoipertestuale"/>
            <w:lang w:val="it-IT"/>
          </w:rPr>
          <w:t>monia.ciolfi@comune.sinalunga.si.it</w:t>
        </w:r>
      </w:hyperlink>
    </w:p>
    <w:p w14:paraId="405E0D98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1. Dati del Richiedente</w:t>
      </w:r>
    </w:p>
    <w:p w14:paraId="733C4560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Nome e Cognome / Denominazione:</w:t>
      </w:r>
    </w:p>
    <w:p w14:paraId="6A3E66D0" w14:textId="72220325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Indirizzo</w:t>
      </w:r>
      <w:r w:rsidR="005718E2" w:rsidRPr="00CB476B">
        <w:rPr>
          <w:lang w:val="it-IT"/>
        </w:rPr>
        <w:t xml:space="preserve"> di residenza</w:t>
      </w:r>
      <w:r w:rsidRPr="00CB476B">
        <w:rPr>
          <w:lang w:val="it-IT"/>
        </w:rPr>
        <w:t>:</w:t>
      </w:r>
    </w:p>
    <w:p w14:paraId="76FB2BFA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Telefono:</w:t>
      </w:r>
    </w:p>
    <w:p w14:paraId="1CD2FDAC" w14:textId="77777777" w:rsidR="00264744" w:rsidRPr="00CB476B" w:rsidRDefault="00264744" w:rsidP="00264744">
      <w:pPr>
        <w:rPr>
          <w:lang w:val="it-IT"/>
        </w:rPr>
      </w:pPr>
      <w:proofErr w:type="gramStart"/>
      <w:r w:rsidRPr="00CB476B">
        <w:rPr>
          <w:lang w:val="it-IT"/>
        </w:rPr>
        <w:t>Email</w:t>
      </w:r>
      <w:proofErr w:type="gramEnd"/>
      <w:r w:rsidRPr="00CB476B">
        <w:rPr>
          <w:lang w:val="it-IT"/>
        </w:rPr>
        <w:t>:</w:t>
      </w:r>
    </w:p>
    <w:p w14:paraId="655A8008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2. Informazioni sull’Opera Editoriale</w:t>
      </w:r>
    </w:p>
    <w:p w14:paraId="5BEE96DC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Titolo:</w:t>
      </w:r>
    </w:p>
    <w:p w14:paraId="6B1E5B99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Autore:</w:t>
      </w:r>
    </w:p>
    <w:p w14:paraId="06ACE915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Casa Editrice:</w:t>
      </w:r>
    </w:p>
    <w:p w14:paraId="32767EB5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Anno di Pubblicazione:</w:t>
      </w:r>
    </w:p>
    <w:p w14:paraId="06E7A273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Breve Sinossi:</w:t>
      </w:r>
    </w:p>
    <w:p w14:paraId="048EE432" w14:textId="5B0A5181" w:rsidR="00644783" w:rsidRPr="00CB476B" w:rsidRDefault="006F4AAC" w:rsidP="00264744">
      <w:pPr>
        <w:rPr>
          <w:lang w:val="it-IT"/>
        </w:rPr>
      </w:pPr>
      <w:r w:rsidRPr="00CB476B">
        <w:rPr>
          <w:lang w:val="it-IT"/>
        </w:rPr>
        <w:t>Eventuali premi letterari vinti___________</w:t>
      </w:r>
    </w:p>
    <w:p w14:paraId="7F4FCE32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3. Dettagli dell’Evento Proposto</w:t>
      </w:r>
    </w:p>
    <w:p w14:paraId="33A64BC0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Data proposta:</w:t>
      </w:r>
    </w:p>
    <w:p w14:paraId="0DB4DAB2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Orario:</w:t>
      </w:r>
    </w:p>
    <w:p w14:paraId="6E369F40" w14:textId="06ACDFAD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 xml:space="preserve">Luogo </w:t>
      </w:r>
      <w:proofErr w:type="gramStart"/>
      <w:r w:rsidRPr="00CB476B">
        <w:rPr>
          <w:lang w:val="it-IT"/>
        </w:rPr>
        <w:t>richiesto :</w:t>
      </w:r>
      <w:proofErr w:type="gramEnd"/>
    </w:p>
    <w:p w14:paraId="40884A1E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Esigenze tecniche/logistiche:</w:t>
      </w:r>
    </w:p>
    <w:p w14:paraId="47904215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4. Esperienze Editoriali Precedenti</w:t>
      </w:r>
    </w:p>
    <w:p w14:paraId="0443E9A9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Altre opere pubblicate:</w:t>
      </w:r>
    </w:p>
    <w:p w14:paraId="3C67BD8E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Eventi di presentazione precedenti organizzati:</w:t>
      </w:r>
    </w:p>
    <w:p w14:paraId="72DFBD29" w14:textId="36DB1AEE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lastRenderedPageBreak/>
        <w:t>5. Presentazioni Precedenti dello Stesso Libro</w:t>
      </w:r>
      <w:r w:rsidR="006E5131" w:rsidRPr="00CB476B">
        <w:rPr>
          <w:lang w:val="it-IT"/>
        </w:rPr>
        <w:t xml:space="preserve"> per il quale viene fatta domanda</w:t>
      </w:r>
    </w:p>
    <w:p w14:paraId="0C68C02A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Luogo:</w:t>
      </w:r>
    </w:p>
    <w:p w14:paraId="29A0BEE3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Data:</w:t>
      </w:r>
    </w:p>
    <w:p w14:paraId="16C7C3B7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Note:</w:t>
      </w:r>
    </w:p>
    <w:p w14:paraId="08ABEE45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6. Dichiarazione di Responsabilità</w:t>
      </w:r>
    </w:p>
    <w:p w14:paraId="46E075AD" w14:textId="3AEE4ACC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 xml:space="preserve">Il sottoscritto si impegna a rispettare il disciplinare comunale </w:t>
      </w:r>
      <w:r w:rsidR="00B63A27" w:rsidRPr="00CB476B">
        <w:rPr>
          <w:lang w:val="it-IT"/>
        </w:rPr>
        <w:t>a cui la presente domanda si riferisce</w:t>
      </w:r>
      <w:r w:rsidRPr="00CB476B">
        <w:rPr>
          <w:lang w:val="it-IT"/>
        </w:rPr>
        <w:t>, a lasciare gli spazi puliti e in ordine, e a rispondere di eventuali danni arrecati</w:t>
      </w:r>
      <w:r w:rsidR="00D6331D" w:rsidRPr="00CB476B">
        <w:rPr>
          <w:lang w:val="it-IT"/>
        </w:rPr>
        <w:t xml:space="preserve"> alla struttura</w:t>
      </w:r>
      <w:r w:rsidRPr="00CB476B">
        <w:rPr>
          <w:lang w:val="it-IT"/>
        </w:rPr>
        <w:t>.</w:t>
      </w:r>
    </w:p>
    <w:p w14:paraId="43474B5F" w14:textId="1EC78B60" w:rsidR="00615D93" w:rsidRPr="00CB476B" w:rsidRDefault="00615D93" w:rsidP="00264744">
      <w:pPr>
        <w:rPr>
          <w:lang w:val="it-IT"/>
        </w:rPr>
      </w:pPr>
      <w:r w:rsidRPr="00CB476B">
        <w:rPr>
          <w:lang w:val="it-IT"/>
        </w:rPr>
        <w:t xml:space="preserve">Il sottoscritto si assume ogni responsabilità circa il contenuto dell’opera </w:t>
      </w:r>
      <w:proofErr w:type="spellStart"/>
      <w:r w:rsidRPr="00CB476B">
        <w:rPr>
          <w:lang w:val="it-IT"/>
        </w:rPr>
        <w:t>editorial</w:t>
      </w:r>
      <w:proofErr w:type="spellEnd"/>
      <w:r w:rsidRPr="00CB476B">
        <w:rPr>
          <w:lang w:val="it-IT"/>
        </w:rPr>
        <w:t xml:space="preserve"> che verrà presentata, sia in termini civili che penali, lasciando </w:t>
      </w:r>
      <w:proofErr w:type="spellStart"/>
      <w:r w:rsidRPr="00CB476B">
        <w:rPr>
          <w:lang w:val="it-IT"/>
        </w:rPr>
        <w:t>indene</w:t>
      </w:r>
      <w:proofErr w:type="spellEnd"/>
      <w:r w:rsidRPr="00CB476B">
        <w:rPr>
          <w:lang w:val="it-IT"/>
        </w:rPr>
        <w:t xml:space="preserve"> </w:t>
      </w:r>
      <w:proofErr w:type="spellStart"/>
      <w:r w:rsidR="000C0A52" w:rsidRPr="00CB476B">
        <w:rPr>
          <w:lang w:val="it-IT"/>
        </w:rPr>
        <w:t>ilComune</w:t>
      </w:r>
      <w:proofErr w:type="spellEnd"/>
      <w:r w:rsidR="000C0A52" w:rsidRPr="00CB476B">
        <w:rPr>
          <w:lang w:val="it-IT"/>
        </w:rPr>
        <w:t xml:space="preserve"> di Sinalunga da qualsiasi responsabilità.</w:t>
      </w:r>
    </w:p>
    <w:p w14:paraId="2C0F58EC" w14:textId="77777777" w:rsidR="00264744" w:rsidRPr="00CB476B" w:rsidRDefault="00264744" w:rsidP="00264744">
      <w:pPr>
        <w:pStyle w:val="Titolo2"/>
        <w:rPr>
          <w:lang w:val="it-IT"/>
        </w:rPr>
      </w:pPr>
      <w:r w:rsidRPr="00CB476B">
        <w:rPr>
          <w:lang w:val="it-IT"/>
        </w:rPr>
        <w:t>7. Note Importanti</w:t>
      </w:r>
    </w:p>
    <w:p w14:paraId="63D31EDD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In caso di richieste per la stessa data, avrà precedenza la domanda presentata per prima.</w:t>
      </w:r>
    </w:p>
    <w:p w14:paraId="09E5F1AC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Luogo e Data:</w:t>
      </w:r>
    </w:p>
    <w:p w14:paraId="55751BF0" w14:textId="77777777" w:rsidR="00264744" w:rsidRPr="00CB476B" w:rsidRDefault="00264744" w:rsidP="00264744">
      <w:pPr>
        <w:rPr>
          <w:lang w:val="it-IT"/>
        </w:rPr>
      </w:pPr>
      <w:r w:rsidRPr="00CB476B">
        <w:rPr>
          <w:lang w:val="it-IT"/>
        </w:rPr>
        <w:t>Firma:</w:t>
      </w:r>
    </w:p>
    <w:p w14:paraId="5A2A544D" w14:textId="39815293" w:rsidR="002C79A7" w:rsidRPr="00CB476B" w:rsidRDefault="002C79A7" w:rsidP="00264744">
      <w:pPr>
        <w:pStyle w:val="Titolo1"/>
        <w:rPr>
          <w:lang w:val="it-IT"/>
        </w:rPr>
      </w:pPr>
    </w:p>
    <w:sectPr w:rsidR="002C79A7" w:rsidRPr="00CB476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2D33A99"/>
    <w:multiLevelType w:val="multilevel"/>
    <w:tmpl w:val="A352F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F50DCB"/>
    <w:multiLevelType w:val="multilevel"/>
    <w:tmpl w:val="B3CE7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FF600A8"/>
    <w:multiLevelType w:val="multilevel"/>
    <w:tmpl w:val="D19CC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AE5B7B"/>
    <w:multiLevelType w:val="multilevel"/>
    <w:tmpl w:val="ACDCF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13260507">
    <w:abstractNumId w:val="8"/>
  </w:num>
  <w:num w:numId="2" w16cid:durableId="935864297">
    <w:abstractNumId w:val="6"/>
  </w:num>
  <w:num w:numId="3" w16cid:durableId="551617282">
    <w:abstractNumId w:val="5"/>
  </w:num>
  <w:num w:numId="4" w16cid:durableId="471483601">
    <w:abstractNumId w:val="4"/>
  </w:num>
  <w:num w:numId="5" w16cid:durableId="117722106">
    <w:abstractNumId w:val="7"/>
  </w:num>
  <w:num w:numId="6" w16cid:durableId="1220440940">
    <w:abstractNumId w:val="3"/>
  </w:num>
  <w:num w:numId="7" w16cid:durableId="1146583970">
    <w:abstractNumId w:val="2"/>
  </w:num>
  <w:num w:numId="8" w16cid:durableId="1124497235">
    <w:abstractNumId w:val="1"/>
  </w:num>
  <w:num w:numId="9" w16cid:durableId="1596480111">
    <w:abstractNumId w:val="0"/>
  </w:num>
  <w:num w:numId="10" w16cid:durableId="1805351097">
    <w:abstractNumId w:val="11"/>
  </w:num>
  <w:num w:numId="11" w16cid:durableId="1033535327">
    <w:abstractNumId w:val="9"/>
  </w:num>
  <w:num w:numId="12" w16cid:durableId="1407417089">
    <w:abstractNumId w:val="12"/>
  </w:num>
  <w:num w:numId="13" w16cid:durableId="2260364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C0A52"/>
    <w:rsid w:val="000C2D94"/>
    <w:rsid w:val="0015074B"/>
    <w:rsid w:val="001B734D"/>
    <w:rsid w:val="00264744"/>
    <w:rsid w:val="0029639D"/>
    <w:rsid w:val="002C79A7"/>
    <w:rsid w:val="00326F90"/>
    <w:rsid w:val="003C4F92"/>
    <w:rsid w:val="00431726"/>
    <w:rsid w:val="004A2908"/>
    <w:rsid w:val="004C1368"/>
    <w:rsid w:val="005718E2"/>
    <w:rsid w:val="005C0165"/>
    <w:rsid w:val="00615D93"/>
    <w:rsid w:val="00644783"/>
    <w:rsid w:val="006E5131"/>
    <w:rsid w:val="006F4AAC"/>
    <w:rsid w:val="007635CA"/>
    <w:rsid w:val="009037C3"/>
    <w:rsid w:val="009A2AE2"/>
    <w:rsid w:val="00A6697F"/>
    <w:rsid w:val="00AA1D8D"/>
    <w:rsid w:val="00AD21A5"/>
    <w:rsid w:val="00B47730"/>
    <w:rsid w:val="00B63A27"/>
    <w:rsid w:val="00CB0664"/>
    <w:rsid w:val="00CB476B"/>
    <w:rsid w:val="00CD7246"/>
    <w:rsid w:val="00D0324F"/>
    <w:rsid w:val="00D6331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2298B"/>
  <w14:defaultImageDpi w14:val="300"/>
  <w15:docId w15:val="{198F2D7E-29DB-4A82-9351-3E14B6CC7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4744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Collegamentoipertestuale">
    <w:name w:val="Hyperlink"/>
    <w:basedOn w:val="Carpredefinitoparagrafo"/>
    <w:uiPriority w:val="99"/>
    <w:unhideWhenUsed/>
    <w:rsid w:val="004C136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C13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onia.ciolfi@comune.sinalunga.si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biblioteca@comune.sinalunga.si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1434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Monia Ciolfi</cp:lastModifiedBy>
  <cp:revision>2</cp:revision>
  <dcterms:created xsi:type="dcterms:W3CDTF">2026-02-27T12:57:00Z</dcterms:created>
  <dcterms:modified xsi:type="dcterms:W3CDTF">2026-02-27T12:57:00Z</dcterms:modified>
  <cp:category/>
</cp:coreProperties>
</file>