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E0559" w14:textId="363FBD42" w:rsidR="008A058E" w:rsidRDefault="001B6DFE" w:rsidP="001B6DFE">
      <w:pPr>
        <w:jc w:val="right"/>
      </w:pPr>
      <w:proofErr w:type="spellStart"/>
      <w:r>
        <w:rPr>
          <w:b/>
        </w:rPr>
        <w:t>Spett.le</w:t>
      </w:r>
      <w:proofErr w:type="spellEnd"/>
      <w:r>
        <w:rPr>
          <w:b/>
        </w:rPr>
        <w:t xml:space="preserve"> </w:t>
      </w:r>
      <w:r w:rsidR="00E24A26">
        <w:rPr>
          <w:b/>
        </w:rPr>
        <w:t>COMUNE DI SINALUNGA</w:t>
      </w:r>
    </w:p>
    <w:p w14:paraId="66B01254" w14:textId="77777777" w:rsidR="008A058E" w:rsidRDefault="00E24A26" w:rsidP="001B6DFE">
      <w:pPr>
        <w:jc w:val="right"/>
      </w:pPr>
      <w:r>
        <w:t>Area Servizi alla Persona</w:t>
      </w:r>
    </w:p>
    <w:p w14:paraId="0BBC1482" w14:textId="77777777" w:rsidR="008A058E" w:rsidRDefault="00E24A26">
      <w:r>
        <w:rPr>
          <w:b/>
        </w:rPr>
        <w:t xml:space="preserve">MODELLO DI DOMANDA – Voucher </w:t>
      </w:r>
      <w:proofErr w:type="spellStart"/>
      <w:r>
        <w:rPr>
          <w:b/>
        </w:rPr>
        <w:t>doposcuola</w:t>
      </w:r>
      <w:proofErr w:type="spellEnd"/>
      <w:r>
        <w:rPr>
          <w:b/>
        </w:rPr>
        <w:t xml:space="preserve"> anno 2025 (bando </w:t>
      </w:r>
      <w:proofErr w:type="spellStart"/>
      <w:r>
        <w:rPr>
          <w:b/>
        </w:rPr>
        <w:t>gennaio</w:t>
      </w:r>
      <w:proofErr w:type="spellEnd"/>
      <w:r>
        <w:rPr>
          <w:b/>
        </w:rPr>
        <w:t xml:space="preserve"> 2026)</w:t>
      </w:r>
    </w:p>
    <w:p w14:paraId="496B7998" w14:textId="77777777" w:rsidR="008A058E" w:rsidRDefault="00E24A26" w:rsidP="00E24A26">
      <w:pPr>
        <w:spacing w:line="480" w:lineRule="auto"/>
      </w:pPr>
      <w:r>
        <w:t xml:space="preserve">Il/La </w:t>
      </w:r>
      <w:proofErr w:type="spellStart"/>
      <w:r>
        <w:t>sottoscritto</w:t>
      </w:r>
      <w:proofErr w:type="spellEnd"/>
      <w:r>
        <w:t xml:space="preserve">/a ______________________________________, </w:t>
      </w:r>
      <w:proofErr w:type="spellStart"/>
      <w:r>
        <w:t>nato</w:t>
      </w:r>
      <w:proofErr w:type="spellEnd"/>
      <w:r>
        <w:t xml:space="preserve">/a a __________________________ il ___/___/____, C.F. _______________________, </w:t>
      </w:r>
      <w:proofErr w:type="spellStart"/>
      <w:r>
        <w:t>residente</w:t>
      </w:r>
      <w:proofErr w:type="spellEnd"/>
      <w:r>
        <w:t xml:space="preserve"> in _____________________________, via ______________________ n. __, tel. ____________, e-mail ______________________,</w:t>
      </w:r>
    </w:p>
    <w:p w14:paraId="3B24A92A" w14:textId="77777777" w:rsidR="008A058E" w:rsidRDefault="00E24A26" w:rsidP="00E24A26">
      <w:pPr>
        <w:spacing w:line="480" w:lineRule="auto"/>
      </w:pPr>
      <w:r>
        <w:t xml:space="preserve">in </w:t>
      </w:r>
      <w:proofErr w:type="spellStart"/>
      <w:r>
        <w:t>qualità</w:t>
      </w:r>
      <w:proofErr w:type="spellEnd"/>
      <w:r>
        <w:t xml:space="preserve"> di </w:t>
      </w:r>
      <w:proofErr w:type="spellStart"/>
      <w:r>
        <w:t>genitore</w:t>
      </w:r>
      <w:proofErr w:type="spellEnd"/>
      <w:r>
        <w:t>/</w:t>
      </w:r>
      <w:proofErr w:type="spellStart"/>
      <w:r>
        <w:t>tutore</w:t>
      </w:r>
      <w:proofErr w:type="spellEnd"/>
      <w:r>
        <w:t xml:space="preserve"> del </w:t>
      </w:r>
      <w:proofErr w:type="spellStart"/>
      <w:r>
        <w:t>minore</w:t>
      </w:r>
      <w:proofErr w:type="spellEnd"/>
      <w:r>
        <w:t>:</w:t>
      </w:r>
    </w:p>
    <w:p w14:paraId="087A8E26" w14:textId="77777777" w:rsidR="008A058E" w:rsidRDefault="00E24A26" w:rsidP="00E24A26">
      <w:pPr>
        <w:spacing w:line="480" w:lineRule="auto"/>
      </w:pPr>
      <w:r>
        <w:t xml:space="preserve">- </w:t>
      </w:r>
      <w:proofErr w:type="spellStart"/>
      <w:r>
        <w:t>Cognome</w:t>
      </w:r>
      <w:proofErr w:type="spellEnd"/>
      <w:r>
        <w:t xml:space="preserve"> e </w:t>
      </w:r>
      <w:proofErr w:type="spellStart"/>
      <w:r>
        <w:t>nome</w:t>
      </w:r>
      <w:proofErr w:type="spellEnd"/>
      <w:r>
        <w:t>: ______________________________________;</w:t>
      </w:r>
      <w:r>
        <w:br/>
        <w:t xml:space="preserve">- Data di </w:t>
      </w:r>
      <w:proofErr w:type="spellStart"/>
      <w:r>
        <w:t>nascita</w:t>
      </w:r>
      <w:proofErr w:type="spellEnd"/>
      <w:r>
        <w:t>: ___/___/____;</w:t>
      </w:r>
      <w:r>
        <w:br/>
        <w:t xml:space="preserve">- Scuola e </w:t>
      </w:r>
      <w:proofErr w:type="spellStart"/>
      <w:r>
        <w:t>classe</w:t>
      </w:r>
      <w:proofErr w:type="spellEnd"/>
      <w:r>
        <w:t xml:space="preserve"> </w:t>
      </w:r>
      <w:proofErr w:type="spellStart"/>
      <w:r>
        <w:t>frequentata</w:t>
      </w:r>
      <w:proofErr w:type="spellEnd"/>
      <w:r>
        <w:t>: ____________________________;</w:t>
      </w:r>
    </w:p>
    <w:p w14:paraId="60ABEBC5" w14:textId="77777777" w:rsidR="008A058E" w:rsidRPr="001B6DFE" w:rsidRDefault="00E24A26" w:rsidP="001B6DFE">
      <w:pPr>
        <w:jc w:val="center"/>
        <w:rPr>
          <w:b/>
          <w:bCs/>
        </w:rPr>
      </w:pPr>
      <w:r w:rsidRPr="001B6DFE">
        <w:rPr>
          <w:b/>
          <w:bCs/>
        </w:rPr>
        <w:t>CHIEDE</w:t>
      </w:r>
    </w:p>
    <w:p w14:paraId="3E80C599" w14:textId="2CE9BF6E" w:rsidR="008A058E" w:rsidRDefault="00E24A26" w:rsidP="00E24A26">
      <w:pPr>
        <w:spacing w:line="480" w:lineRule="auto"/>
        <w:jc w:val="both"/>
      </w:pPr>
      <w:r>
        <w:t xml:space="preserve">di </w:t>
      </w:r>
      <w:proofErr w:type="spellStart"/>
      <w:r>
        <w:t>ottenere</w:t>
      </w:r>
      <w:proofErr w:type="spellEnd"/>
      <w:r>
        <w:t xml:space="preserve"> il voucher per le </w:t>
      </w:r>
      <w:proofErr w:type="spellStart"/>
      <w:r>
        <w:t>spese</w:t>
      </w:r>
      <w:proofErr w:type="spellEnd"/>
      <w:r>
        <w:t xml:space="preserve"> </w:t>
      </w:r>
      <w:proofErr w:type="spellStart"/>
      <w:r>
        <w:t>sostenute</w:t>
      </w:r>
      <w:proofErr w:type="spellEnd"/>
      <w:r>
        <w:t xml:space="preserve"> per </w:t>
      </w:r>
      <w:proofErr w:type="spellStart"/>
      <w:r>
        <w:t>attività</w:t>
      </w:r>
      <w:proofErr w:type="spellEnd"/>
      <w:r>
        <w:t xml:space="preserve"> di </w:t>
      </w:r>
      <w:proofErr w:type="spellStart"/>
      <w:r>
        <w:t>doposcuola</w:t>
      </w:r>
      <w:proofErr w:type="spellEnd"/>
      <w:r>
        <w:t xml:space="preserve"> </w:t>
      </w:r>
      <w:proofErr w:type="spellStart"/>
      <w:r>
        <w:t>nell’anno</w:t>
      </w:r>
      <w:proofErr w:type="spellEnd"/>
      <w:r>
        <w:t xml:space="preserve"> 2025, ai sensi della </w:t>
      </w:r>
      <w:proofErr w:type="spellStart"/>
      <w:r>
        <w:t>deliberazione</w:t>
      </w:r>
      <w:proofErr w:type="spellEnd"/>
      <w:r>
        <w:t xml:space="preserve"> G.C. n. 219 del 22/12/2025 e </w:t>
      </w:r>
      <w:proofErr w:type="spellStart"/>
      <w:r>
        <w:t>dell’avviso</w:t>
      </w:r>
      <w:proofErr w:type="spellEnd"/>
      <w:r>
        <w:t xml:space="preserve"> </w:t>
      </w:r>
      <w:proofErr w:type="spellStart"/>
      <w:r>
        <w:t>approvato</w:t>
      </w:r>
      <w:proofErr w:type="spellEnd"/>
      <w:r>
        <w:t xml:space="preserve"> con determinazione n. </w:t>
      </w:r>
      <w:r w:rsidR="00EC432E">
        <w:t>2776</w:t>
      </w:r>
      <w:r>
        <w:t xml:space="preserve"> del 24/12/2025.</w:t>
      </w:r>
    </w:p>
    <w:p w14:paraId="1A813D31" w14:textId="77777777" w:rsidR="001B6DFE" w:rsidRPr="001B6DFE" w:rsidRDefault="00E24A26" w:rsidP="001B6DFE">
      <w:pPr>
        <w:jc w:val="center"/>
        <w:rPr>
          <w:b/>
          <w:bCs/>
        </w:rPr>
      </w:pPr>
      <w:r w:rsidRPr="001B6DFE">
        <w:rPr>
          <w:b/>
          <w:bCs/>
        </w:rPr>
        <w:t>DICHIARA,</w:t>
      </w:r>
    </w:p>
    <w:p w14:paraId="6D296109" w14:textId="33CEAAF5" w:rsidR="008A058E" w:rsidRDefault="00E24A26" w:rsidP="001B6DFE">
      <w:pPr>
        <w:jc w:val="center"/>
      </w:pPr>
      <w:r>
        <w:t xml:space="preserve"> ai sensi degli </w:t>
      </w:r>
      <w:proofErr w:type="spellStart"/>
      <w:r>
        <w:t>artt</w:t>
      </w:r>
      <w:proofErr w:type="spellEnd"/>
      <w:r>
        <w:t>. 46 e 47 del DPR 445/2000:</w:t>
      </w:r>
    </w:p>
    <w:p w14:paraId="677C8A08" w14:textId="04300B51" w:rsidR="008A058E" w:rsidRDefault="00E24A26" w:rsidP="00E24A26">
      <w:pPr>
        <w:spacing w:line="480" w:lineRule="auto"/>
      </w:pPr>
      <w:r>
        <w:t xml:space="preserve">- di </w:t>
      </w:r>
      <w:proofErr w:type="spellStart"/>
      <w:r>
        <w:t>essere</w:t>
      </w:r>
      <w:proofErr w:type="spellEnd"/>
      <w:r>
        <w:t xml:space="preserve"> </w:t>
      </w:r>
      <w:proofErr w:type="spellStart"/>
      <w:r>
        <w:t>residente</w:t>
      </w:r>
      <w:proofErr w:type="spellEnd"/>
      <w:r>
        <w:t xml:space="preserve"> </w:t>
      </w:r>
      <w:proofErr w:type="spellStart"/>
      <w:r>
        <w:t>nel</w:t>
      </w:r>
      <w:proofErr w:type="spellEnd"/>
      <w:r>
        <w:t xml:space="preserve"> </w:t>
      </w:r>
      <w:proofErr w:type="spellStart"/>
      <w:r>
        <w:t>Comune</w:t>
      </w:r>
      <w:proofErr w:type="spellEnd"/>
      <w:r>
        <w:t xml:space="preserve"> di Sinalunga;</w:t>
      </w:r>
      <w:r>
        <w:br/>
        <w:t xml:space="preserve">- </w:t>
      </w:r>
      <w:proofErr w:type="spellStart"/>
      <w:r>
        <w:t>che</w:t>
      </w:r>
      <w:proofErr w:type="spellEnd"/>
      <w:r>
        <w:t xml:space="preserve"> il </w:t>
      </w:r>
      <w:proofErr w:type="spellStart"/>
      <w:r>
        <w:t>minore</w:t>
      </w:r>
      <w:proofErr w:type="spellEnd"/>
      <w:r>
        <w:t xml:space="preserve"> è </w:t>
      </w:r>
      <w:proofErr w:type="spellStart"/>
      <w:r>
        <w:t>iscritto</w:t>
      </w:r>
      <w:proofErr w:type="spellEnd"/>
      <w:r>
        <w:t xml:space="preserve"> alla </w:t>
      </w:r>
      <w:proofErr w:type="spellStart"/>
      <w:r>
        <w:t>scuola</w:t>
      </w:r>
      <w:proofErr w:type="spellEnd"/>
      <w:r>
        <w:t xml:space="preserve"> </w:t>
      </w:r>
      <w:proofErr w:type="spellStart"/>
      <w:r>
        <w:t>primaria</w:t>
      </w:r>
      <w:proofErr w:type="spellEnd"/>
      <w:r>
        <w:t>/</w:t>
      </w:r>
      <w:proofErr w:type="spellStart"/>
      <w:r>
        <w:t>secondaria</w:t>
      </w:r>
      <w:proofErr w:type="spellEnd"/>
      <w:r>
        <w:t xml:space="preserve"> di primo </w:t>
      </w:r>
      <w:proofErr w:type="spellStart"/>
      <w:r>
        <w:t>grado</w:t>
      </w:r>
      <w:proofErr w:type="spellEnd"/>
      <w:r>
        <w:t>;</w:t>
      </w:r>
      <w:r>
        <w:br/>
        <w:t xml:space="preserve">- </w:t>
      </w:r>
      <w:proofErr w:type="spellStart"/>
      <w:r>
        <w:t>che</w:t>
      </w:r>
      <w:proofErr w:type="spellEnd"/>
      <w:r>
        <w:t xml:space="preserve"> le </w:t>
      </w:r>
      <w:proofErr w:type="spellStart"/>
      <w:r>
        <w:t>spese</w:t>
      </w:r>
      <w:proofErr w:type="spellEnd"/>
      <w:r>
        <w:t xml:space="preserve"> </w:t>
      </w:r>
      <w:proofErr w:type="spellStart"/>
      <w:r>
        <w:t>sostenute</w:t>
      </w:r>
      <w:proofErr w:type="spellEnd"/>
      <w:r>
        <w:t xml:space="preserve"> </w:t>
      </w:r>
      <w:proofErr w:type="spellStart"/>
      <w:r>
        <w:t>riguardano</w:t>
      </w:r>
      <w:proofErr w:type="spellEnd"/>
      <w:r>
        <w:t xml:space="preserve"> </w:t>
      </w:r>
      <w:proofErr w:type="spellStart"/>
      <w:r>
        <w:t>servizi</w:t>
      </w:r>
      <w:proofErr w:type="spellEnd"/>
      <w:r>
        <w:t xml:space="preserve"> di </w:t>
      </w:r>
      <w:proofErr w:type="spellStart"/>
      <w:r>
        <w:t>doposcuola</w:t>
      </w:r>
      <w:proofErr w:type="spellEnd"/>
      <w:r>
        <w:t xml:space="preserve"> </w:t>
      </w:r>
      <w:proofErr w:type="spellStart"/>
      <w:r>
        <w:t>pomeridiano</w:t>
      </w:r>
      <w:proofErr w:type="spellEnd"/>
      <w:r>
        <w:t xml:space="preserve"> </w:t>
      </w:r>
      <w:proofErr w:type="spellStart"/>
      <w:r>
        <w:t>organizzati</w:t>
      </w:r>
      <w:proofErr w:type="spellEnd"/>
      <w:r>
        <w:t xml:space="preserve"> da </w:t>
      </w:r>
      <w:proofErr w:type="spellStart"/>
      <w:r>
        <w:t>enti</w:t>
      </w:r>
      <w:proofErr w:type="spellEnd"/>
      <w:r>
        <w:t>/</w:t>
      </w:r>
      <w:proofErr w:type="spellStart"/>
      <w:r>
        <w:t>associazioni</w:t>
      </w:r>
      <w:proofErr w:type="spellEnd"/>
      <w:r>
        <w:t>/cooperative/</w:t>
      </w:r>
      <w:proofErr w:type="spellStart"/>
      <w:r>
        <w:t>centri</w:t>
      </w:r>
      <w:proofErr w:type="spellEnd"/>
      <w:r>
        <w:t xml:space="preserve"> </w:t>
      </w:r>
      <w:proofErr w:type="spellStart"/>
      <w:r>
        <w:t>educativi</w:t>
      </w:r>
      <w:proofErr w:type="spellEnd"/>
      <w:r>
        <w:t xml:space="preserve"> </w:t>
      </w:r>
      <w:proofErr w:type="spellStart"/>
      <w:r>
        <w:t>accreditati</w:t>
      </w:r>
      <w:proofErr w:type="spellEnd"/>
      <w:r>
        <w:t>;</w:t>
      </w:r>
      <w:r>
        <w:br/>
        <w:t xml:space="preserve">- di </w:t>
      </w:r>
      <w:proofErr w:type="spellStart"/>
      <w:r>
        <w:t>essere</w:t>
      </w:r>
      <w:proofErr w:type="spellEnd"/>
      <w:r>
        <w:t xml:space="preserve"> in </w:t>
      </w:r>
      <w:proofErr w:type="spellStart"/>
      <w:r>
        <w:t>possesso</w:t>
      </w:r>
      <w:proofErr w:type="spellEnd"/>
      <w:r>
        <w:t xml:space="preserve"> di ISEE </w:t>
      </w:r>
      <w:proofErr w:type="spellStart"/>
      <w:r>
        <w:t>minorenni</w:t>
      </w:r>
      <w:proofErr w:type="spellEnd"/>
      <w:r>
        <w:t xml:space="preserve"> </w:t>
      </w:r>
      <w:r w:rsidR="002B52A3">
        <w:t xml:space="preserve">2025 </w:t>
      </w:r>
      <w:proofErr w:type="spellStart"/>
      <w:r>
        <w:t>non superiore</w:t>
      </w:r>
      <w:proofErr w:type="spellEnd"/>
      <w:r>
        <w:t xml:space="preserve"> a € 40.000,00;</w:t>
      </w:r>
      <w:r>
        <w:br/>
      </w:r>
      <w:r>
        <w:lastRenderedPageBreak/>
        <w:t xml:space="preserve">- di </w:t>
      </w:r>
      <w:proofErr w:type="spellStart"/>
      <w:r>
        <w:t>essere</w:t>
      </w:r>
      <w:proofErr w:type="spellEnd"/>
      <w:r>
        <w:t xml:space="preserve"> </w:t>
      </w:r>
      <w:proofErr w:type="spellStart"/>
      <w:r>
        <w:t>consapevole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il </w:t>
      </w:r>
      <w:proofErr w:type="spellStart"/>
      <w:r>
        <w:t>contributo</w:t>
      </w:r>
      <w:proofErr w:type="spellEnd"/>
      <w:r>
        <w:t xml:space="preserve"> </w:t>
      </w:r>
      <w:proofErr w:type="spellStart"/>
      <w:r>
        <w:t>sarà</w:t>
      </w:r>
      <w:proofErr w:type="spellEnd"/>
      <w:r>
        <w:t xml:space="preserve"> </w:t>
      </w:r>
      <w:proofErr w:type="spellStart"/>
      <w:r>
        <w:t>riconosciuto</w:t>
      </w:r>
      <w:proofErr w:type="spellEnd"/>
      <w:r>
        <w:t xml:space="preserve"> </w:t>
      </w:r>
      <w:proofErr w:type="spellStart"/>
      <w:r>
        <w:t>fino</w:t>
      </w:r>
      <w:proofErr w:type="spellEnd"/>
      <w:r>
        <w:t xml:space="preserve"> al 70% della </w:t>
      </w:r>
      <w:proofErr w:type="spellStart"/>
      <w:r>
        <w:t>spesa</w:t>
      </w:r>
      <w:proofErr w:type="spellEnd"/>
      <w:r>
        <w:t xml:space="preserve"> e </w:t>
      </w:r>
      <w:proofErr w:type="spellStart"/>
      <w:r>
        <w:t>comunque</w:t>
      </w:r>
      <w:proofErr w:type="spellEnd"/>
      <w:r>
        <w:t xml:space="preserve"> </w:t>
      </w:r>
      <w:proofErr w:type="spellStart"/>
      <w:r>
        <w:t>fino</w:t>
      </w:r>
      <w:proofErr w:type="spellEnd"/>
      <w:r>
        <w:t xml:space="preserve"> a € 300,00 per </w:t>
      </w:r>
      <w:proofErr w:type="spellStart"/>
      <w:r>
        <w:t>ciascun</w:t>
      </w:r>
      <w:proofErr w:type="spellEnd"/>
      <w:r>
        <w:t xml:space="preserve"> </w:t>
      </w:r>
      <w:proofErr w:type="spellStart"/>
      <w:r>
        <w:t>figlio</w:t>
      </w:r>
      <w:proofErr w:type="spellEnd"/>
      <w:r>
        <w:t>;</w:t>
      </w:r>
      <w:r>
        <w:br/>
        <w:t xml:space="preserve">- di </w:t>
      </w:r>
      <w:proofErr w:type="spellStart"/>
      <w:r>
        <w:t>accettare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criteri</w:t>
      </w:r>
      <w:proofErr w:type="spellEnd"/>
      <w:r>
        <w:t xml:space="preserve"> di </w:t>
      </w:r>
      <w:proofErr w:type="spellStart"/>
      <w:r>
        <w:t>priorità</w:t>
      </w:r>
      <w:proofErr w:type="spellEnd"/>
      <w:r>
        <w:t xml:space="preserve"> e le </w:t>
      </w:r>
      <w:proofErr w:type="spellStart"/>
      <w:r>
        <w:t>modalità</w:t>
      </w:r>
      <w:proofErr w:type="spellEnd"/>
      <w:r>
        <w:t xml:space="preserve"> di </w:t>
      </w:r>
      <w:proofErr w:type="spellStart"/>
      <w:r>
        <w:t>erogazione</w:t>
      </w:r>
      <w:proofErr w:type="spellEnd"/>
      <w:r>
        <w:t xml:space="preserve"> </w:t>
      </w:r>
      <w:proofErr w:type="spellStart"/>
      <w:r>
        <w:t>previste</w:t>
      </w:r>
      <w:proofErr w:type="spellEnd"/>
      <w:r>
        <w:t xml:space="preserve"> </w:t>
      </w:r>
      <w:proofErr w:type="spellStart"/>
      <w:r>
        <w:t>dall’avviso</w:t>
      </w:r>
      <w:proofErr w:type="spellEnd"/>
      <w:r>
        <w:t>;</w:t>
      </w:r>
      <w:r>
        <w:br/>
        <w:t xml:space="preserve">- di </w:t>
      </w:r>
      <w:proofErr w:type="spellStart"/>
      <w:r>
        <w:t>autorizzare</w:t>
      </w:r>
      <w:proofErr w:type="spellEnd"/>
      <w:r>
        <w:t xml:space="preserve"> il </w:t>
      </w:r>
      <w:proofErr w:type="spellStart"/>
      <w:r>
        <w:t>trattamento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dati</w:t>
      </w:r>
      <w:proofErr w:type="spellEnd"/>
      <w:r>
        <w:t xml:space="preserve"> </w:t>
      </w:r>
      <w:proofErr w:type="spellStart"/>
      <w:r>
        <w:t>personali</w:t>
      </w:r>
      <w:proofErr w:type="spellEnd"/>
      <w:r>
        <w:t xml:space="preserve"> ai sensi del </w:t>
      </w:r>
      <w:proofErr w:type="spellStart"/>
      <w:r>
        <w:t>Regolamento</w:t>
      </w:r>
      <w:proofErr w:type="spellEnd"/>
      <w:r>
        <w:t xml:space="preserve"> (UE) 2016/679.</w:t>
      </w:r>
    </w:p>
    <w:p w14:paraId="2FC8472C" w14:textId="77777777" w:rsidR="008A058E" w:rsidRDefault="00E24A26">
      <w:r>
        <w:t>Allega:</w:t>
      </w:r>
    </w:p>
    <w:p w14:paraId="315F3CE6" w14:textId="4769EDA3" w:rsidR="008A058E" w:rsidRDefault="00E24A26">
      <w:r>
        <w:t xml:space="preserve">1) </w:t>
      </w:r>
      <w:proofErr w:type="spellStart"/>
      <w:r>
        <w:t>copia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di </w:t>
      </w:r>
      <w:proofErr w:type="spellStart"/>
      <w:r>
        <w:t>identità</w:t>
      </w:r>
      <w:proofErr w:type="spellEnd"/>
      <w:r>
        <w:t>;</w:t>
      </w:r>
      <w:r>
        <w:br/>
        <w:t xml:space="preserve">2) </w:t>
      </w:r>
      <w:proofErr w:type="spellStart"/>
      <w:r>
        <w:t>attestazione</w:t>
      </w:r>
      <w:proofErr w:type="spellEnd"/>
      <w:r>
        <w:t xml:space="preserve"> ISEE </w:t>
      </w:r>
      <w:r w:rsidR="002B52A3">
        <w:t>2025</w:t>
      </w:r>
      <w:r>
        <w:t>;</w:t>
      </w:r>
      <w:r>
        <w:br/>
        <w:t xml:space="preserve">3) </w:t>
      </w:r>
      <w:proofErr w:type="spellStart"/>
      <w:r>
        <w:t>fatture</w:t>
      </w:r>
      <w:proofErr w:type="spellEnd"/>
      <w:r>
        <w:t>/</w:t>
      </w:r>
      <w:proofErr w:type="spellStart"/>
      <w:r>
        <w:t>ricevute</w:t>
      </w:r>
      <w:proofErr w:type="spellEnd"/>
      <w:r>
        <w:t xml:space="preserve"> </w:t>
      </w:r>
      <w:proofErr w:type="spellStart"/>
      <w:r>
        <w:t>fiscali</w:t>
      </w:r>
      <w:proofErr w:type="spellEnd"/>
      <w:r>
        <w:t xml:space="preserve"> relative ai </w:t>
      </w:r>
      <w:proofErr w:type="spellStart"/>
      <w:r>
        <w:t>servizi</w:t>
      </w:r>
      <w:proofErr w:type="spellEnd"/>
      <w:r>
        <w:t xml:space="preserve"> di </w:t>
      </w:r>
      <w:proofErr w:type="spellStart"/>
      <w:r>
        <w:t>doposcuola</w:t>
      </w:r>
      <w:proofErr w:type="spellEnd"/>
      <w:r>
        <w:t xml:space="preserve"> 2025;</w:t>
      </w:r>
      <w:r>
        <w:br/>
        <w:t xml:space="preserve">4) </w:t>
      </w:r>
      <w:proofErr w:type="spellStart"/>
      <w:r>
        <w:t>eventuale</w:t>
      </w:r>
      <w:proofErr w:type="spellEnd"/>
      <w:r>
        <w:t xml:space="preserve"> </w:t>
      </w:r>
      <w:proofErr w:type="spellStart"/>
      <w:r>
        <w:t>segnalazione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Servizi </w:t>
      </w:r>
      <w:proofErr w:type="spellStart"/>
      <w:r>
        <w:t>Sociali</w:t>
      </w:r>
      <w:proofErr w:type="spellEnd"/>
      <w:r>
        <w:t>;</w:t>
      </w:r>
      <w:r>
        <w:br/>
        <w:t xml:space="preserve">5) IBAN per </w:t>
      </w:r>
      <w:proofErr w:type="spellStart"/>
      <w:r>
        <w:t>l’accredito</w:t>
      </w:r>
      <w:proofErr w:type="spellEnd"/>
      <w:r>
        <w:t>: ______________________________.</w:t>
      </w:r>
    </w:p>
    <w:p w14:paraId="4EE49FAE" w14:textId="77777777" w:rsidR="001B6DFE" w:rsidRDefault="00E24A26">
      <w:proofErr w:type="spellStart"/>
      <w:r>
        <w:t>Luogo</w:t>
      </w:r>
      <w:proofErr w:type="spellEnd"/>
      <w:r>
        <w:t xml:space="preserve"> e data ____________________________</w:t>
      </w:r>
    </w:p>
    <w:p w14:paraId="58367F6E" w14:textId="78CF9719" w:rsidR="008A058E" w:rsidRDefault="00E24A26">
      <w:proofErr w:type="spellStart"/>
      <w:r>
        <w:t>Firma</w:t>
      </w:r>
      <w:proofErr w:type="spellEnd"/>
      <w:r>
        <w:t xml:space="preserve"> </w:t>
      </w:r>
      <w:proofErr w:type="spellStart"/>
      <w:r>
        <w:t>leggibile</w:t>
      </w:r>
      <w:proofErr w:type="spellEnd"/>
      <w:r>
        <w:t xml:space="preserve"> _________________________</w:t>
      </w:r>
    </w:p>
    <w:sectPr w:rsidR="008A058E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143032339">
    <w:abstractNumId w:val="8"/>
  </w:num>
  <w:num w:numId="2" w16cid:durableId="115681855">
    <w:abstractNumId w:val="6"/>
  </w:num>
  <w:num w:numId="3" w16cid:durableId="751044196">
    <w:abstractNumId w:val="5"/>
  </w:num>
  <w:num w:numId="4" w16cid:durableId="417480255">
    <w:abstractNumId w:val="4"/>
  </w:num>
  <w:num w:numId="5" w16cid:durableId="1993633590">
    <w:abstractNumId w:val="7"/>
  </w:num>
  <w:num w:numId="6" w16cid:durableId="2116748378">
    <w:abstractNumId w:val="3"/>
  </w:num>
  <w:num w:numId="7" w16cid:durableId="1076319843">
    <w:abstractNumId w:val="2"/>
  </w:num>
  <w:num w:numId="8" w16cid:durableId="755370714">
    <w:abstractNumId w:val="1"/>
  </w:num>
  <w:num w:numId="9" w16cid:durableId="1363479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B6DFE"/>
    <w:rsid w:val="0029639D"/>
    <w:rsid w:val="002B52A3"/>
    <w:rsid w:val="00326F90"/>
    <w:rsid w:val="00346C96"/>
    <w:rsid w:val="005E1C17"/>
    <w:rsid w:val="008A058E"/>
    <w:rsid w:val="00AA1D8D"/>
    <w:rsid w:val="00B47730"/>
    <w:rsid w:val="00CB0664"/>
    <w:rsid w:val="00D72489"/>
    <w:rsid w:val="00E24A26"/>
    <w:rsid w:val="00EC432E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3F2902"/>
  <w14:defaultImageDpi w14:val="300"/>
  <w15:docId w15:val="{5A4074B2-20E7-44E7-BDA3-47C0233E5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  <w:rPr>
      <w:rFonts w:ascii="Times New Roman" w:hAnsi="Times New Roman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Monia Ciolfi</cp:lastModifiedBy>
  <cp:revision>5</cp:revision>
  <dcterms:created xsi:type="dcterms:W3CDTF">2025-12-24T09:44:00Z</dcterms:created>
  <dcterms:modified xsi:type="dcterms:W3CDTF">2026-01-05T09:14:00Z</dcterms:modified>
  <cp:category/>
</cp:coreProperties>
</file>